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11"/>
        <w:gridCol w:w="1642"/>
      </w:tblGrid>
      <w:tr>
        <w:tc>
          <w:tcPr>
            <w:tcW w:type="dxa" w:w="8611"/>
            <w:vAlign w:val="center"/>
          </w:tcPr>
          <w:p>
            <w:pPr>
              <w:spacing w:after="40"/>
            </w:pPr>
            <w:r>
              <w:rPr>
                <w:b/>
                <w:sz w:val="38"/>
              </w:rPr>
              <w:t>DANIIL KOZAR</w:t>
            </w:r>
          </w:p>
          <w:p>
            <w:pPr>
              <w:spacing w:after="80"/>
            </w:pPr>
            <w:r>
              <w:rPr>
                <w:color w:val="464B54"/>
                <w:sz w:val="18"/>
              </w:rPr>
              <w:t>SOFTWARE ENGINEERING STUDENT  |  Fort Collins, Colorado</w:t>
            </w:r>
          </w:p>
          <w:p>
            <w:r>
              <w:rPr>
                <w:sz w:val="16"/>
              </w:rPr>
              <w:t>github.com/daqua22  |  linkedin.com/in/daniil-kozar/</w:t>
            </w:r>
          </w:p>
          <w:p>
            <w:r>
              <w:rPr>
                <w:sz w:val="16"/>
              </w:rPr>
              <w:t>prepitco.com  |  Email: daqua.998@gmail.com  |  Portfolio: kozar.dev</w:t>
            </w:r>
          </w:p>
        </w:tc>
        <w:tc>
          <w:tcPr>
            <w:tcW w:type="dxa" w:w="164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749808" cy="74980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zar_dev_resume_q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8" cy="7498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sz w:val="13"/>
              </w:rPr>
              <w:t>Portfolio QR</w:t>
            </w:r>
          </w:p>
        </w:tc>
      </w:tr>
    </w:tbl>
    <w:p>
      <w:pPr>
        <w:keepNext/>
        <w:spacing w:before="160" w:after="60"/>
      </w:pPr>
      <w:r>
        <w:rPr>
          <w:b/>
          <w:color w:val="1A4158"/>
          <w:sz w:val="18"/>
        </w:rPr>
        <w:t>SUMMARY</w:t>
      </w:r>
    </w:p>
    <w:p>
      <w:pPr>
        <w:spacing w:before="0" w:after="0"/>
      </w:pPr>
      <w:r>
        <w:rPr>
          <w:b w:val="0"/>
          <w:sz w:val="17"/>
        </w:rPr>
        <w:t>Computer science student and former freelance web developer building full-stack applications and practical software products. Experienced with TypeScript, Java, Python, relational databases, and modern web development. Seeking software engineering internships and entry-level roles.</w:t>
      </w:r>
    </w:p>
    <w:p>
      <w:pPr>
        <w:keepNext/>
        <w:spacing w:before="160" w:after="60"/>
      </w:pPr>
      <w:r>
        <w:rPr>
          <w:b/>
          <w:color w:val="1A4158"/>
          <w:sz w:val="18"/>
        </w:rPr>
        <w:t>TECHNICAL SKILLS</w:t>
      </w:r>
    </w:p>
    <w:p>
      <w:pPr>
        <w:spacing w:before="0" w:after="40"/>
      </w:pPr>
      <w:r>
        <w:rPr>
          <w:b w:val="0"/>
          <w:sz w:val="17"/>
        </w:rPr>
        <w:t>Programming &amp; web languages: Java, Python, TypeScript, JavaScript, Swift, SQL, HTML, CSS</w:t>
      </w:r>
    </w:p>
    <w:p>
      <w:pPr>
        <w:spacing w:before="0" w:after="40"/>
      </w:pPr>
      <w:r>
        <w:rPr>
          <w:b w:val="0"/>
          <w:sz w:val="17"/>
        </w:rPr>
        <w:t>Frameworks &amp; libraries: React, Next.js, Django, SwiftUI, Phaser, Tailwind CSS</w:t>
      </w:r>
    </w:p>
    <w:p>
      <w:pPr>
        <w:spacing w:before="0" w:after="0"/>
      </w:pPr>
      <w:r>
        <w:rPr>
          <w:b w:val="0"/>
          <w:sz w:val="17"/>
        </w:rPr>
        <w:t>Databases &amp; backend: Node.js, PostgreSQL, Supabase, IndexedDB   |   Tools: Git, GitHub, VS Code, Vercel</w:t>
      </w:r>
    </w:p>
    <w:p>
      <w:pPr>
        <w:keepNext/>
        <w:spacing w:before="160" w:after="60"/>
      </w:pPr>
      <w:r>
        <w:rPr>
          <w:b/>
          <w:color w:val="1A4158"/>
          <w:sz w:val="18"/>
        </w:rPr>
        <w:t>SOFTWARE PROJECTS</w:t>
      </w:r>
    </w:p>
    <w:p>
      <w:pPr>
        <w:keepNext/>
        <w:spacing w:before="60" w:after="40"/>
      </w:pPr>
      <w:r>
        <w:rPr>
          <w:b/>
          <w:sz w:val="18"/>
        </w:rPr>
        <w:t>PrepIt | Founder &amp; Developer | Oct 2025–Present</w:t>
      </w:r>
    </w:p>
    <w:p>
      <w:pPr>
        <w:spacing w:after="40"/>
        <w:ind w:left="230" w:hanging="187"/>
      </w:pPr>
      <w:r>
        <w:rPr>
          <w:sz w:val="17"/>
        </w:rPr>
        <w:t>•  Building a multi-location coffee shop operations platform using Next.js, TypeScript, Supabase, and PostgreSQL.</w:t>
      </w:r>
    </w:p>
    <w:p>
      <w:pPr>
        <w:spacing w:after="40"/>
        <w:ind w:left="230" w:hanging="187"/>
      </w:pPr>
      <w:r>
        <w:rPr>
          <w:sz w:val="17"/>
        </w:rPr>
        <w:t>•  Developed workflows for inventory, schedules, recipes, checklists, and employee timekeeping; implemented role-aware access and row-level security.</w:t>
      </w:r>
    </w:p>
    <w:p>
      <w:pPr>
        <w:keepNext/>
        <w:spacing w:before="60" w:after="40"/>
      </w:pPr>
      <w:r>
        <w:rPr>
          <w:b/>
          <w:sz w:val="18"/>
        </w:rPr>
      </w:r>
      <w:hyperlink r:id="rId12">
        <w:r>
          <w:rPr>
            <w:b/>
            <w:sz w:val="18"/>
          </w:rPr>
          <w:t>HomeKit RGB Bridge</w:t>
        </w:r>
      </w:hyperlink>
      <w:r>
        <w:rPr>
          <w:b/>
          <w:sz w:val="18"/>
        </w:rPr>
        <w:t xml:space="preserve"> | Open-source project | Experimental</w:t>
      </w:r>
    </w:p>
    <w:p>
      <w:pPr>
        <w:spacing w:after="40"/>
        <w:ind w:left="230" w:hanging="187"/>
      </w:pPr>
      <w:r>
        <w:rPr>
          <w:sz w:val="17"/>
        </w:rPr>
        <w:t>•  Built a local Windows bridge with TypeScript, Node.js, HAP-NodeJS, and OpenRGB to control compatible PC lighting from Apple Home.</w:t>
      </w:r>
    </w:p>
    <w:p>
      <w:pPr>
        <w:spacing w:after="40"/>
        <w:ind w:left="230" w:hanging="187"/>
      </w:pPr>
      <w:r>
        <w:rPr>
          <w:sz w:val="17"/>
        </w:rPr>
        <w:t>•  Implemented device discovery, persistent pairing, reconnect handling, and a local control panel; added protocol tests and Windows/Linux CI.</w:t>
      </w:r>
    </w:p>
    <w:p>
      <w:pPr>
        <w:keepNext/>
        <w:spacing w:before="60" w:after="40"/>
      </w:pPr>
      <w:r>
        <w:rPr>
          <w:b/>
          <w:sz w:val="18"/>
        </w:rPr>
        <w:t>APHELION | Personal Productivity App | In development</w:t>
      </w:r>
    </w:p>
    <w:p>
      <w:pPr>
        <w:spacing w:after="40"/>
        <w:ind w:left="230" w:hanging="187"/>
      </w:pPr>
      <w:r>
        <w:rPr>
          <w:sz w:val="17"/>
        </w:rPr>
        <w:t>•  Built a local-first MVP using React, TypeScript, and IndexedDB for goals, daily planning, and focus sessions.</w:t>
      </w:r>
    </w:p>
    <w:p>
      <w:pPr>
        <w:keepNext/>
        <w:spacing w:before="60" w:after="40"/>
      </w:pPr>
      <w:r>
        <w:rPr>
          <w:b/>
          <w:sz w:val="18"/>
        </w:rPr>
        <w:t>Brew Belt | Browser Game</w:t>
      </w:r>
    </w:p>
    <w:p>
      <w:pPr>
        <w:spacing w:after="40"/>
        <w:ind w:left="230" w:hanging="187"/>
      </w:pPr>
      <w:r>
        <w:rPr>
          <w:sz w:val="17"/>
        </w:rPr>
        <w:t>•  Created a Phaser and TypeScript arcade game with 15 levels, a supply store, browser-local saves, and a separate YouTube Playables build.</w:t>
      </w:r>
    </w:p>
    <w:p>
      <w:pPr>
        <w:keepNext/>
        <w:spacing w:before="160" w:after="60"/>
      </w:pPr>
      <w:r>
        <w:rPr>
          <w:b/>
          <w:color w:val="1A4158"/>
          <w:sz w:val="18"/>
        </w:rPr>
        <w:t>EXPERIENCE</w:t>
      </w:r>
    </w:p>
    <w:p>
      <w:pPr>
        <w:keepNext/>
        <w:spacing w:before="60" w:after="40"/>
      </w:pPr>
      <w:r>
        <w:rPr>
          <w:b/>
          <w:sz w:val="18"/>
        </w:rPr>
        <w:t>Freelance Web Developer | Ukraine | Mar 2020–Feb 2023</w:t>
      </w:r>
    </w:p>
    <w:p>
      <w:pPr>
        <w:spacing w:after="40"/>
        <w:ind w:left="230" w:hanging="187"/>
      </w:pPr>
      <w:r>
        <w:rPr>
          <w:sz w:val="17"/>
        </w:rPr>
        <w:t>•  Built websites for clients using HTML, CSS, JavaScript, TypeScript, Python, and Django.</w:t>
      </w:r>
    </w:p>
    <w:p>
      <w:pPr>
        <w:keepNext/>
        <w:spacing w:before="60" w:after="40"/>
      </w:pPr>
      <w:r>
        <w:rPr>
          <w:b/>
          <w:sz w:val="18"/>
        </w:rPr>
        <w:t>Assistant Manager | Arboretum Coffee | Fort Collins, CO | Oct 2025–Present</w:t>
      </w:r>
    </w:p>
    <w:p>
      <w:pPr>
        <w:spacing w:after="40"/>
        <w:ind w:left="230" w:hanging="187"/>
      </w:pPr>
      <w:r>
        <w:rPr>
          <w:sz w:val="17"/>
        </w:rPr>
        <w:t>•  Coordinate staff training, inventory, scheduling, and operating workflows; use frontline experience to identify problems addressed by PrepIt.</w:t>
      </w:r>
    </w:p>
    <w:p>
      <w:pPr>
        <w:keepNext/>
        <w:spacing w:before="60" w:after="40"/>
      </w:pPr>
      <w:r>
        <w:rPr>
          <w:b/>
          <w:sz w:val="18"/>
        </w:rPr>
        <w:t>Coffee Roaster &amp; Delivery Specialist | Isolation Coffee | Fort Collins, CO | Jun 2025–Present</w:t>
      </w:r>
    </w:p>
    <w:p>
      <w:pPr>
        <w:spacing w:after="40"/>
        <w:ind w:left="230" w:hanging="187"/>
      </w:pPr>
      <w:r>
        <w:rPr>
          <w:sz w:val="17"/>
        </w:rPr>
        <w:t>•  Support roasting and delivery operations while balancing work with computer science coursework.</w:t>
      </w:r>
    </w:p>
    <w:p>
      <w:pPr>
        <w:keepNext/>
        <w:spacing w:before="160" w:after="60"/>
      </w:pPr>
      <w:r>
        <w:rPr>
          <w:b/>
          <w:color w:val="1A4158"/>
          <w:sz w:val="18"/>
        </w:rPr>
        <w:t>EDUCATION</w:t>
      </w:r>
    </w:p>
    <w:p>
      <w:pPr>
        <w:keepNext/>
        <w:spacing w:before="60" w:after="40"/>
      </w:pPr>
      <w:r>
        <w:rPr>
          <w:b/>
          <w:sz w:val="18"/>
        </w:rPr>
        <w:t>Colorado Early Colleges Fort Collins | A.S. and High School Diploma | Expected May 2027</w:t>
      </w:r>
    </w:p>
    <w:p>
      <w:pPr>
        <w:spacing w:before="0" w:after="0"/>
      </w:pPr>
      <w:r>
        <w:rPr>
          <w:b w:val="0"/>
          <w:sz w:val="17"/>
        </w:rPr>
        <w:t>Computer science coursework through dual enrollment; Coding Club; participant, CS@Mines Programming Competition (2026).</w:t>
      </w:r>
    </w:p>
    <w:p>
      <w:pPr>
        <w:keepNext/>
        <w:spacing w:before="60" w:after="40"/>
      </w:pPr>
      <w:r>
        <w:rPr>
          <w:b/>
          <w:sz w:val="18"/>
        </w:rPr>
        <w:t>Kyiv Professional College of Communication | Kyiv, Ukraine | Sep 2021–Jun 2024</w:t>
      </w:r>
    </w:p>
    <w:p>
      <w:pPr>
        <w:spacing w:before="0" w:after="0"/>
      </w:pPr>
      <w:r>
        <w:t>Studied Computer Systems and Networks; participated in computer/server building and electronics testing and repair clubs.</w:t>
      </w:r>
    </w:p>
    <w:p>
      <w:pPr>
        <w:keepNext/>
        <w:spacing w:before="160" w:after="60"/>
      </w:pPr>
      <w:r>
        <w:rPr>
          <w:b/>
          <w:color w:val="1A4158"/>
          <w:sz w:val="18"/>
        </w:rPr>
        <w:t>ADDITIONAL CERTIFICATIONS</w:t>
      </w:r>
    </w:p>
    <w:p>
      <w:pPr>
        <w:spacing w:before="0" w:after="0"/>
      </w:pPr>
      <w:r>
        <w:rPr>
          <w:b w:val="0"/>
          <w:sz w:val="17"/>
        </w:rPr>
        <w:t>Cisco Computer Hardware Basics (2023)  |  Microsoft Office Specialist Associate (2025)</w:t>
      </w:r>
    </w:p>
    <w:sectPr w:rsidR="00FC693F" w:rsidRPr="0006063C" w:rsidSect="00034616">
      <w:pgSz w:w="12240" w:h="15840"/>
      <w:pgMar w:top="763" w:right="979" w:bottom="720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4" w:lineRule="auto"/>
    </w:pPr>
    <w:rPr>
      <w:rFonts w:ascii="Aptos" w:hAnsi="Aptos"/>
      <w:color w:val="1E222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yperlink" Target="https://github.com/daqua22/homekit-rgb-brid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Daniil Kozar | Software Engineering Résumé</dc:title>
  <dc:subject>Software engineering résumé</dc:subject>
  <dc:creator>Daniil Kozar</dc:creator>
  <cp:keywords>Daniil Kozar, software engineering, resume, programming, internship</cp:keywords>
  <dc:description/>
  <cp:lastModifiedBy>Daniil Kozar</cp:lastModifiedBy>
  <cp:revision>1</cp:revision>
  <dcterms:created xsi:type="dcterms:W3CDTF">2013-12-23T23:15:00Z</dcterms:created>
  <dcterms:modified xsi:type="dcterms:W3CDTF">2026-10-30T05:41:01Z</dcterms:modified>
  <cp:category>Résumé</cp:category>
</cp:coreProperties>
</file>